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7F2B" w14:textId="3D777F59" w:rsidR="00D76BFB" w:rsidRDefault="00DF1342">
      <w:pPr>
        <w:pStyle w:val="Heading1"/>
      </w:pPr>
      <w:r>
        <w:t xml:space="preserve">                   </w:t>
      </w:r>
      <w:r w:rsidR="00B433ED">
        <w:t>Rider's Magic Mark Vocabulary Word Searches</w:t>
      </w:r>
      <w:r w:rsidR="00077F7E">
        <w:t xml:space="preserve"> (Advanced)</w:t>
      </w:r>
    </w:p>
    <w:p w14:paraId="14E16AF1" w14:textId="77777777" w:rsidR="00D76BFB" w:rsidRPr="00DF1342" w:rsidRDefault="00B433ED" w:rsidP="00DF1342">
      <w:pPr>
        <w:pStyle w:val="Heading2"/>
        <w:jc w:val="center"/>
        <w:rPr>
          <w:color w:val="auto"/>
          <w:sz w:val="36"/>
          <w:szCs w:val="36"/>
        </w:rPr>
      </w:pPr>
      <w:r w:rsidRPr="00DF1342">
        <w:rPr>
          <w:color w:val="auto"/>
          <w:sz w:val="36"/>
          <w:szCs w:val="36"/>
        </w:rPr>
        <w:t>Rider</w:t>
      </w:r>
    </w:p>
    <w:p w14:paraId="4D4717E8" w14:textId="622A4311" w:rsidR="00DF1342" w:rsidRDefault="00DF1342" w:rsidP="00DF1342">
      <w:pPr>
        <w:jc w:val="center"/>
      </w:pPr>
      <w:r>
        <w:rPr>
          <w:noProof/>
        </w:rPr>
        <w:drawing>
          <wp:inline distT="0" distB="0" distL="0" distR="0" wp14:anchorId="0A5BBEAB" wp14:editId="54383448">
            <wp:extent cx="1409700" cy="1367767"/>
            <wp:effectExtent l="0" t="0" r="0" b="0"/>
            <wp:docPr id="1094025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25960" name="Picture 10940259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6710" cy="137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B75A4" w14:textId="2D8DB55B" w:rsidR="00DF1342" w:rsidRPr="00CC0479" w:rsidRDefault="00DF1342" w:rsidP="00CC0479">
      <w:pPr>
        <w:rPr>
          <w:sz w:val="20"/>
          <w:szCs w:val="20"/>
        </w:rPr>
      </w:pPr>
      <w:r w:rsidRPr="00DF1342">
        <w:rPr>
          <w:sz w:val="20"/>
          <w:szCs w:val="20"/>
          <w:highlight w:val="yellow"/>
        </w:rPr>
        <w:t>Words to find</w:t>
      </w:r>
      <w:proofErr w:type="gramStart"/>
      <w:r w:rsidRPr="00DF1342">
        <w:rPr>
          <w:sz w:val="20"/>
          <w:szCs w:val="20"/>
          <w:highlight w:val="yellow"/>
        </w:rPr>
        <w:t>:</w:t>
      </w:r>
      <w:r w:rsidRPr="00DF1342">
        <w:rPr>
          <w:sz w:val="20"/>
          <w:szCs w:val="20"/>
        </w:rPr>
        <w:t xml:space="preserve">  </w:t>
      </w:r>
      <w:r w:rsidRPr="00DF1342">
        <w:rPr>
          <w:rFonts w:ascii="Times New Roman" w:hAnsi="Times New Roman" w:cs="Times New Roman"/>
          <w:sz w:val="20"/>
          <w:szCs w:val="20"/>
        </w:rPr>
        <w:t>MAGIC</w:t>
      </w:r>
      <w:proofErr w:type="gramEnd"/>
      <w:r w:rsidRPr="00DF1342">
        <w:rPr>
          <w:rFonts w:ascii="Times New Roman" w:hAnsi="Times New Roman" w:cs="Times New Roman"/>
          <w:sz w:val="20"/>
          <w:szCs w:val="20"/>
        </w:rPr>
        <w:t>, MARK, DISCOVER, UNIQUE, SPECIAL, CONFIDENCE, COURAGE, BELIEVE, JOURNEY, GROW, SHINE, BRIGHT, KINDNESS, FRIENDSHIP, STRENGTH, WONDER, IMAGINE, DREAM, ADVENTURE, HOPE, SELF, POSSIBILITY, CHANGE, SPARK, TRANSFORMATION</w:t>
      </w:r>
    </w:p>
    <w:p w14:paraId="26D05C9F" w14:textId="77777777" w:rsidR="00D76BFB" w:rsidRPr="00CC0479" w:rsidRDefault="00B433ED" w:rsidP="00DF1342">
      <w:pPr>
        <w:jc w:val="center"/>
        <w:rPr>
          <w:b/>
          <w:bCs/>
          <w:sz w:val="28"/>
          <w:szCs w:val="28"/>
        </w:rPr>
      </w:pPr>
      <w:r w:rsidRPr="00CC0479">
        <w:rPr>
          <w:rFonts w:ascii="Courier New" w:hAnsi="Courier New"/>
          <w:b/>
          <w:bCs/>
          <w:sz w:val="28"/>
          <w:szCs w:val="28"/>
        </w:rPr>
        <w:t>B Y J S L I C E D O Q R K B F D R E A M</w:t>
      </w:r>
      <w:r w:rsidRPr="00CC0479">
        <w:rPr>
          <w:rFonts w:ascii="Courier New" w:hAnsi="Courier New"/>
          <w:b/>
          <w:bCs/>
          <w:sz w:val="28"/>
          <w:szCs w:val="28"/>
        </w:rPr>
        <w:br/>
        <w:t>V E W S P A R K G Y R V N U N I Q U E D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T Z W M W S T R E N G T H Y K V I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I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F P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Q I L Y P O S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S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I B I L I T Y D L O Q L</w:t>
      </w:r>
      <w:r w:rsidRPr="00CC0479">
        <w:rPr>
          <w:rFonts w:ascii="Courier New" w:hAnsi="Courier New"/>
          <w:b/>
          <w:bCs/>
          <w:sz w:val="28"/>
          <w:szCs w:val="28"/>
        </w:rPr>
        <w:br/>
        <w:t>T K M P C V S D L W N U F E T E M N X C</w:t>
      </w:r>
      <w:r w:rsidRPr="00CC0479">
        <w:rPr>
          <w:rFonts w:ascii="Courier New" w:hAnsi="Courier New"/>
          <w:b/>
          <w:bCs/>
          <w:sz w:val="28"/>
          <w:szCs w:val="28"/>
        </w:rPr>
        <w:br/>
        <w:t>F R N A F V I C O N F I D E N C E K C S</w:t>
      </w:r>
      <w:r w:rsidRPr="00CC0479">
        <w:rPr>
          <w:rFonts w:ascii="Courier New" w:hAnsi="Courier New"/>
          <w:b/>
          <w:bCs/>
          <w:sz w:val="28"/>
          <w:szCs w:val="28"/>
        </w:rPr>
        <w:br/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S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K A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A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G S A I L N T A N J O J I J Y E</w:t>
      </w:r>
      <w:r w:rsidRPr="00CC0479">
        <w:rPr>
          <w:rFonts w:ascii="Courier New" w:hAnsi="Courier New"/>
          <w:b/>
          <w:bCs/>
          <w:sz w:val="28"/>
          <w:szCs w:val="28"/>
        </w:rPr>
        <w:br/>
        <w:t>H P E N C I Y W F P A S H O S N K M O L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W B E O S V N T P R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R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D T M D H Y A J A</w:t>
      </w:r>
      <w:r w:rsidRPr="00CC0479">
        <w:rPr>
          <w:rFonts w:ascii="Courier New" w:hAnsi="Courier New"/>
          <w:b/>
          <w:bCs/>
          <w:sz w:val="28"/>
          <w:szCs w:val="28"/>
        </w:rPr>
        <w:br/>
        <w:t>D L V C S F J E S W I F V N A R I P V Y</w:t>
      </w:r>
      <w:r w:rsidRPr="00CC0479">
        <w:rPr>
          <w:rFonts w:ascii="Courier New" w:hAnsi="Courier New"/>
          <w:b/>
          <w:bCs/>
          <w:sz w:val="28"/>
          <w:szCs w:val="28"/>
        </w:rPr>
        <w:br/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Y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E N E I O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O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M O B W E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E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E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T R A N C G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R U L U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U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A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A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R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R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K P S N G N L K X E W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J F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F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R T G L I M B S B M D B T A P B O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C G N K I K G C B A Q U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U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E S D</w:t>
      </w:r>
      <w:r w:rsidRPr="00CC0479">
        <w:rPr>
          <w:rFonts w:ascii="Courier New" w:hAnsi="Courier New"/>
          <w:b/>
          <w:bCs/>
          <w:sz w:val="28"/>
          <w:szCs w:val="28"/>
        </w:rPr>
        <w:t xml:space="preserve"> U F X N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B E G C H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H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O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O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S P T G L B A H Y R Y D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Y F R Z T G A U I M S I S C K X I Q E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E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br/>
        <w:t>U Y O P T J H R H D E P O V X H O P E R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L D W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W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G C T A H V Y X D N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N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D Y B J U</w:t>
      </w:r>
      <w:r w:rsidRPr="00CC0479">
        <w:rPr>
          <w:rFonts w:ascii="Courier New" w:hAnsi="Courier New"/>
          <w:b/>
          <w:bCs/>
          <w:sz w:val="28"/>
          <w:szCs w:val="28"/>
        </w:rPr>
        <w:br/>
        <w:t>L A Z X S W J G E G R V J L Q A T J O R</w:t>
      </w:r>
      <w:r w:rsidRPr="00CC0479">
        <w:rPr>
          <w:rFonts w:ascii="Courier New" w:hAnsi="Courier New"/>
          <w:b/>
          <w:bCs/>
          <w:sz w:val="28"/>
          <w:szCs w:val="28"/>
        </w:rPr>
        <w:br/>
        <w:t>C H A N G E N E P Z I W J G N G E T S B</w:t>
      </w:r>
    </w:p>
    <w:p w14:paraId="551FDA60" w14:textId="523959B0" w:rsidR="00D76BFB" w:rsidRPr="00DF1342" w:rsidRDefault="00D76BFB">
      <w:pPr>
        <w:rPr>
          <w:sz w:val="24"/>
          <w:szCs w:val="24"/>
        </w:rPr>
      </w:pPr>
    </w:p>
    <w:p w14:paraId="42096CB1" w14:textId="77777777" w:rsidR="00D76BFB" w:rsidRPr="00DF1342" w:rsidRDefault="00B433ED" w:rsidP="00DF1342">
      <w:pPr>
        <w:pStyle w:val="Heading2"/>
        <w:jc w:val="center"/>
        <w:rPr>
          <w:color w:val="auto"/>
          <w:sz w:val="44"/>
          <w:szCs w:val="44"/>
        </w:rPr>
      </w:pPr>
      <w:r w:rsidRPr="00DF1342">
        <w:rPr>
          <w:color w:val="auto"/>
          <w:sz w:val="44"/>
          <w:szCs w:val="44"/>
        </w:rPr>
        <w:t>Jensen</w:t>
      </w:r>
    </w:p>
    <w:p w14:paraId="49FE3F5B" w14:textId="2E05C700" w:rsidR="00DF1342" w:rsidRDefault="00DF1342" w:rsidP="00DF1342">
      <w:pPr>
        <w:jc w:val="center"/>
      </w:pPr>
      <w:r>
        <w:rPr>
          <w:noProof/>
        </w:rPr>
        <w:drawing>
          <wp:inline distT="0" distB="0" distL="0" distR="0" wp14:anchorId="2EB00718" wp14:editId="29B4214A">
            <wp:extent cx="1074420" cy="1203960"/>
            <wp:effectExtent l="0" t="0" r="0" b="0"/>
            <wp:docPr id="1133689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89525" name="Picture 1133689525"/>
                    <pic:cNvPicPr/>
                  </pic:nvPicPr>
                  <pic:blipFill rotWithShape="1">
                    <a:blip r:embed="rId7"/>
                    <a:srcRect l="22140" t="23497" r="25830" b="24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86" cy="121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039E6" w14:textId="77777777" w:rsidR="00077F7E" w:rsidRPr="00077F7E" w:rsidRDefault="00077F7E" w:rsidP="00077F7E">
      <w:pPr>
        <w:rPr>
          <w:sz w:val="20"/>
          <w:szCs w:val="20"/>
        </w:rPr>
      </w:pPr>
      <w:r w:rsidRPr="00077F7E">
        <w:rPr>
          <w:sz w:val="20"/>
          <w:szCs w:val="20"/>
          <w:highlight w:val="yellow"/>
        </w:rPr>
        <w:t>Words to Find:</w:t>
      </w:r>
      <w:r w:rsidRPr="00077F7E">
        <w:rPr>
          <w:sz w:val="20"/>
          <w:szCs w:val="20"/>
        </w:rPr>
        <w:t xml:space="preserve"> BRAVE, COURAGE, CONFIDENT, RESILIENT, PERSISTENCE, FEARLESS, DETERMINED, CHALLENGE, GOAL, ACHIEVE, PERSEVERE, INITIATIVE, LEADER, STRONG, TRY, BELIEVE, SUCCESS, OVERCOME, BOLD, FOCUS, MOTIVATED, CAPABLE, RISK, </w:t>
      </w:r>
      <w:proofErr w:type="gramStart"/>
      <w:r w:rsidRPr="00077F7E">
        <w:rPr>
          <w:sz w:val="20"/>
          <w:szCs w:val="20"/>
        </w:rPr>
        <w:t>ADVENTURE</w:t>
      </w:r>
      <w:proofErr w:type="gramEnd"/>
      <w:r w:rsidRPr="00077F7E">
        <w:rPr>
          <w:sz w:val="20"/>
          <w:szCs w:val="20"/>
        </w:rPr>
        <w:t>, RESILIENCE</w:t>
      </w:r>
    </w:p>
    <w:p w14:paraId="11B4849D" w14:textId="77777777" w:rsidR="00077F7E" w:rsidRPr="00DF1342" w:rsidRDefault="00077F7E" w:rsidP="00DF1342">
      <w:pPr>
        <w:jc w:val="center"/>
      </w:pPr>
    </w:p>
    <w:p w14:paraId="7E9B97A4" w14:textId="77777777" w:rsidR="00D76BFB" w:rsidRPr="00CC0479" w:rsidRDefault="00B433ED" w:rsidP="00DF1342">
      <w:pPr>
        <w:jc w:val="center"/>
        <w:rPr>
          <w:b/>
          <w:bCs/>
          <w:sz w:val="28"/>
          <w:szCs w:val="28"/>
        </w:rPr>
      </w:pPr>
      <w:r w:rsidRPr="00CC0479">
        <w:rPr>
          <w:rFonts w:ascii="Courier New" w:hAnsi="Courier New"/>
          <w:b/>
          <w:bCs/>
          <w:sz w:val="28"/>
          <w:szCs w:val="28"/>
        </w:rPr>
        <w:t>O P F U E B W H I F Z K S G V Z K E R Q</w:t>
      </w:r>
      <w:r w:rsidRPr="00CC0479">
        <w:rPr>
          <w:rFonts w:ascii="Courier New" w:hAnsi="Courier New"/>
          <w:b/>
          <w:bCs/>
          <w:sz w:val="28"/>
          <w:szCs w:val="28"/>
        </w:rPr>
        <w:br/>
        <w:t>O W U O E S I N I T I A T I V E R N R V</w:t>
      </w:r>
      <w:r w:rsidRPr="00CC0479">
        <w:rPr>
          <w:rFonts w:ascii="Courier New" w:hAnsi="Courier New"/>
          <w:b/>
          <w:bCs/>
          <w:sz w:val="28"/>
          <w:szCs w:val="28"/>
        </w:rPr>
        <w:br/>
        <w:t>S V S U C C E S S M X R E J J M P K E W</w:t>
      </w:r>
      <w:r w:rsidRPr="00CC0479">
        <w:rPr>
          <w:rFonts w:ascii="Courier New" w:hAnsi="Courier New"/>
          <w:b/>
          <w:bCs/>
          <w:sz w:val="28"/>
          <w:szCs w:val="28"/>
        </w:rPr>
        <w:br/>
        <w:t>S P S B Q U N Z X L O P L Y U N Q B S C</w:t>
      </w:r>
      <w:r w:rsidRPr="00CC0479">
        <w:rPr>
          <w:rFonts w:ascii="Courier New" w:hAnsi="Courier New"/>
          <w:b/>
          <w:bCs/>
          <w:sz w:val="28"/>
          <w:szCs w:val="28"/>
        </w:rPr>
        <w:br/>
        <w:t>T R V A H T S V Q U L W E O N Q S J G M</w:t>
      </w:r>
      <w:r w:rsidRPr="00CC0479">
        <w:rPr>
          <w:rFonts w:ascii="Courier New" w:hAnsi="Courier New"/>
          <w:b/>
          <w:bCs/>
          <w:sz w:val="28"/>
          <w:szCs w:val="28"/>
        </w:rPr>
        <w:br/>
        <w:t>R R E A N W G L Q V A L E R B X B P H I</w:t>
      </w:r>
      <w:r w:rsidRPr="00CC0479">
        <w:rPr>
          <w:rFonts w:ascii="Courier New" w:hAnsi="Courier New"/>
          <w:b/>
          <w:bCs/>
          <w:sz w:val="28"/>
          <w:szCs w:val="28"/>
        </w:rPr>
        <w:br/>
        <w:t>O Y I C O U R A G E E T A X S R G O A L</w:t>
      </w:r>
      <w:r w:rsidRPr="00CC0479">
        <w:rPr>
          <w:rFonts w:ascii="Courier New" w:hAnsi="Courier New"/>
          <w:b/>
          <w:bCs/>
          <w:sz w:val="28"/>
          <w:szCs w:val="28"/>
        </w:rPr>
        <w:br/>
        <w:t>N K E S D W D Z L P J D K K J E A Q L O</w:t>
      </w:r>
      <w:r w:rsidRPr="00CC0479">
        <w:rPr>
          <w:rFonts w:ascii="Courier New" w:hAnsi="Courier New"/>
          <w:b/>
          <w:bCs/>
          <w:sz w:val="28"/>
          <w:szCs w:val="28"/>
        </w:rPr>
        <w:br/>
        <w:t>G V A M K R E S I L I E N T T H V V R D</w:t>
      </w:r>
      <w:r w:rsidRPr="00CC0479">
        <w:rPr>
          <w:rFonts w:ascii="Courier New" w:hAnsi="Courier New"/>
          <w:b/>
          <w:bCs/>
          <w:sz w:val="28"/>
          <w:szCs w:val="28"/>
        </w:rPr>
        <w:br/>
        <w:t>A C H A L L E N G E R W O Q C O T E E V</w:t>
      </w:r>
      <w:r w:rsidRPr="00CC0479">
        <w:rPr>
          <w:rFonts w:ascii="Courier New" w:hAnsi="Courier New"/>
          <w:b/>
          <w:bCs/>
          <w:sz w:val="28"/>
          <w:szCs w:val="28"/>
        </w:rPr>
        <w:br/>
        <w:t>P E R S I S T E N C E L H U R X Q L R P</w:t>
      </w:r>
      <w:r w:rsidRPr="00CC0479">
        <w:rPr>
          <w:rFonts w:ascii="Courier New" w:hAnsi="Courier New"/>
          <w:b/>
          <w:bCs/>
          <w:sz w:val="28"/>
          <w:szCs w:val="28"/>
        </w:rPr>
        <w:br/>
        <w:t>G G L G W X T S D E T E R M I N E D G E</w:t>
      </w:r>
      <w:r w:rsidRPr="00CC0479">
        <w:rPr>
          <w:rFonts w:ascii="Courier New" w:hAnsi="Courier New"/>
          <w:b/>
          <w:bCs/>
          <w:sz w:val="28"/>
          <w:szCs w:val="28"/>
        </w:rPr>
        <w:br/>
        <w:t>X B L E O B L D X K F L E B E L I E V E</w:t>
      </w:r>
      <w:r w:rsidRPr="00CC0479">
        <w:rPr>
          <w:rFonts w:ascii="Courier New" w:hAnsi="Courier New"/>
          <w:b/>
          <w:bCs/>
          <w:sz w:val="28"/>
          <w:szCs w:val="28"/>
        </w:rPr>
        <w:br/>
        <w:t>N J U G Y M N C O N F I D E N T</w:t>
      </w:r>
      <w:r w:rsidRPr="00CC0479">
        <w:rPr>
          <w:rFonts w:ascii="Courier New" w:hAnsi="Courier New"/>
          <w:b/>
          <w:bCs/>
          <w:sz w:val="28"/>
          <w:szCs w:val="28"/>
        </w:rPr>
        <w:t xml:space="preserve"> Z X C V</w:t>
      </w:r>
      <w:r w:rsidRPr="00CC0479">
        <w:rPr>
          <w:rFonts w:ascii="Courier New" w:hAnsi="Courier New"/>
          <w:b/>
          <w:bCs/>
          <w:sz w:val="28"/>
          <w:szCs w:val="28"/>
        </w:rPr>
        <w:br/>
        <w:t>O V E R C O M E G N S V C A P A B L E C</w:t>
      </w:r>
      <w:r w:rsidRPr="00CC0479">
        <w:rPr>
          <w:rFonts w:ascii="Courier New" w:hAnsi="Courier New"/>
          <w:b/>
          <w:bCs/>
          <w:sz w:val="28"/>
          <w:szCs w:val="28"/>
        </w:rPr>
        <w:br/>
        <w:t>A H P W X D Q A C H I E V E L Y V W U C</w:t>
      </w:r>
      <w:r w:rsidRPr="00CC0479">
        <w:rPr>
          <w:rFonts w:ascii="Courier New" w:hAnsi="Courier New"/>
          <w:b/>
          <w:bCs/>
          <w:sz w:val="28"/>
          <w:szCs w:val="28"/>
        </w:rPr>
        <w:br/>
        <w:t>A D V E N T U R E G H M O T I V A T E D</w:t>
      </w:r>
      <w:r w:rsidRPr="00CC0479">
        <w:rPr>
          <w:rFonts w:ascii="Courier New" w:hAnsi="Courier New"/>
          <w:b/>
          <w:bCs/>
          <w:sz w:val="28"/>
          <w:szCs w:val="28"/>
        </w:rPr>
        <w:br/>
        <w:t>L J T T C B M U I T P H N P D P W B I A</w:t>
      </w:r>
      <w:r w:rsidRPr="00CC0479">
        <w:rPr>
          <w:rFonts w:ascii="Courier New" w:hAnsi="Courier New"/>
          <w:b/>
          <w:bCs/>
          <w:sz w:val="28"/>
          <w:szCs w:val="28"/>
        </w:rPr>
        <w:br/>
        <w:t>M H R R E S I L I E N C E L E A D E R C</w:t>
      </w:r>
      <w:r w:rsidRPr="00CC0479">
        <w:rPr>
          <w:rFonts w:ascii="Courier New" w:hAnsi="Courier New"/>
          <w:b/>
          <w:bCs/>
          <w:sz w:val="28"/>
          <w:szCs w:val="28"/>
        </w:rPr>
        <w:br/>
        <w:t>B Y F Z F E A R L E S S I Q I S X R Q C</w:t>
      </w:r>
    </w:p>
    <w:p w14:paraId="30BB921E" w14:textId="77777777" w:rsidR="00077F7E" w:rsidRPr="00077F7E" w:rsidRDefault="00B433ED" w:rsidP="00077F7E">
      <w:pPr>
        <w:pStyle w:val="Heading2"/>
        <w:jc w:val="center"/>
        <w:rPr>
          <w:sz w:val="52"/>
          <w:szCs w:val="52"/>
        </w:rPr>
      </w:pPr>
      <w:r>
        <w:br w:type="page"/>
      </w:r>
      <w:r w:rsidR="00077F7E" w:rsidRPr="00077F7E">
        <w:rPr>
          <w:color w:val="auto"/>
          <w:sz w:val="52"/>
          <w:szCs w:val="52"/>
        </w:rPr>
        <w:lastRenderedPageBreak/>
        <w:t>Kash</w:t>
      </w:r>
    </w:p>
    <w:p w14:paraId="6D5986D6" w14:textId="175743C9" w:rsidR="00077F7E" w:rsidRDefault="00077F7E" w:rsidP="00077F7E">
      <w:pPr>
        <w:jc w:val="center"/>
      </w:pPr>
      <w:r>
        <w:rPr>
          <w:noProof/>
        </w:rPr>
        <w:drawing>
          <wp:inline distT="0" distB="0" distL="0" distR="0" wp14:anchorId="09D03929" wp14:editId="1B582540">
            <wp:extent cx="1264920" cy="1907877"/>
            <wp:effectExtent l="0" t="0" r="0" b="0"/>
            <wp:docPr id="11317977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797720" name="Picture 1131797720"/>
                    <pic:cNvPicPr/>
                  </pic:nvPicPr>
                  <pic:blipFill rotWithShape="1">
                    <a:blip r:embed="rId8"/>
                    <a:srcRect l="17778" t="11947" r="15278" b="10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531" cy="191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87C57" w14:textId="671DF631" w:rsidR="00077F7E" w:rsidRPr="00CC0479" w:rsidRDefault="00077F7E" w:rsidP="00CC0479">
      <w:pPr>
        <w:rPr>
          <w:sz w:val="20"/>
          <w:szCs w:val="20"/>
        </w:rPr>
      </w:pPr>
      <w:r w:rsidRPr="00077F7E">
        <w:rPr>
          <w:sz w:val="20"/>
          <w:szCs w:val="20"/>
          <w:highlight w:val="yellow"/>
        </w:rPr>
        <w:t>Words to Find:</w:t>
      </w:r>
      <w:r w:rsidRPr="00077F7E">
        <w:rPr>
          <w:sz w:val="20"/>
          <w:szCs w:val="20"/>
        </w:rPr>
        <w:t xml:space="preserve"> LISTEN, EMPATHY, RESPECT, CARING, UNDERSTAND, COMMUNICATE, PATIENCE, THOUGHTFUL, SUPPORT, TRUST, KINDNESS, FRIENDSHIP, COMPASSION, ENCOURAGE, PEACEFUL, CALM, VOICE, HEART, NOTICE, ATTENTION, HELPFUL, COOPERATE, CONNECT, INCLUDE, ACTIVELISTENING</w:t>
      </w:r>
    </w:p>
    <w:p w14:paraId="26E14717" w14:textId="77777777" w:rsidR="00077F7E" w:rsidRPr="00CC0479" w:rsidRDefault="00077F7E" w:rsidP="00077F7E">
      <w:pPr>
        <w:jc w:val="center"/>
        <w:rPr>
          <w:b/>
          <w:bCs/>
          <w:sz w:val="28"/>
          <w:szCs w:val="28"/>
        </w:rPr>
      </w:pPr>
      <w:r w:rsidRPr="00CC0479">
        <w:rPr>
          <w:rFonts w:ascii="Courier New" w:hAnsi="Courier New"/>
          <w:b/>
          <w:bCs/>
          <w:sz w:val="28"/>
          <w:szCs w:val="28"/>
        </w:rPr>
        <w:t>X F N F Z H G W R D L J H W E V O P K P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Z U H L S U K H Y H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H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T A K X O H G J D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L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L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D A C T I V E L I S T E N I N G E B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Q I N C L U D E A W G Z Q B U C L N R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R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br/>
        <w:t>H Z A L W H K U T R U S T Q A E C G E U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K U H T C M A K N Z F U E C O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O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V S J B</w:t>
      </w:r>
      <w:r w:rsidRPr="00CC0479">
        <w:rPr>
          <w:rFonts w:ascii="Courier New" w:hAnsi="Courier New"/>
          <w:b/>
          <w:bCs/>
          <w:sz w:val="28"/>
          <w:szCs w:val="28"/>
        </w:rPr>
        <w:br/>
        <w:t>I D E M T O H C O D J C K A U N P W E D</w:t>
      </w:r>
      <w:r w:rsidRPr="00CC0479">
        <w:rPr>
          <w:rFonts w:ascii="Courier New" w:hAnsi="Courier New"/>
          <w:b/>
          <w:bCs/>
          <w:sz w:val="28"/>
          <w:szCs w:val="28"/>
        </w:rPr>
        <w:br/>
        <w:t>N Y L Z W E M W O F E L O R W E G M Y F</w:t>
      </w:r>
      <w:r w:rsidRPr="00CC0479">
        <w:rPr>
          <w:rFonts w:ascii="Courier New" w:hAnsi="Courier New"/>
          <w:b/>
          <w:bCs/>
          <w:sz w:val="28"/>
          <w:szCs w:val="28"/>
        </w:rPr>
        <w:br/>
        <w:t>D S P C X D N P Q M L R A N C Y P J U S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N B F A P T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A Q M G S T N A N B F U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E P U L E N H N I S E U O T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E U F R P</w:t>
      </w:r>
      <w:r w:rsidRPr="00CC0479">
        <w:rPr>
          <w:rFonts w:ascii="Courier New" w:hAnsi="Courier New"/>
          <w:b/>
          <w:bCs/>
          <w:sz w:val="28"/>
          <w:szCs w:val="28"/>
        </w:rPr>
        <w:br/>
        <w:t>S A L M A H O Q C O S Y N H A J C L I P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S T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I C Z U T P O N I Y I B N I T E O</w:t>
      </w:r>
      <w:r w:rsidRPr="00CC0479">
        <w:rPr>
          <w:rFonts w:ascii="Courier New" w:hAnsi="Courier New"/>
          <w:b/>
          <w:bCs/>
          <w:sz w:val="28"/>
          <w:szCs w:val="28"/>
        </w:rPr>
        <w:br/>
        <w:t>X I W Q E P G S I W O N O Z C S D U N R</w:t>
      </w:r>
      <w:r w:rsidRPr="00CC0479">
        <w:rPr>
          <w:rFonts w:ascii="Courier New" w:hAnsi="Courier New"/>
          <w:b/>
          <w:bCs/>
          <w:sz w:val="28"/>
          <w:szCs w:val="28"/>
        </w:rPr>
        <w:br/>
        <w:t>S E F S F E H F U C U P Y N T A S P D T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H N C R U O T D Q N E S E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E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I X T Q S H</w:t>
      </w:r>
      <w:r w:rsidRPr="00CC0479">
        <w:rPr>
          <w:rFonts w:ascii="Courier New" w:hAnsi="Courier New"/>
          <w:b/>
          <w:bCs/>
          <w:sz w:val="28"/>
          <w:szCs w:val="28"/>
        </w:rPr>
        <w:br/>
        <w:t>W C I R L M F Z K H S O N R I K J E H E</w:t>
      </w:r>
      <w:r w:rsidRPr="00CC0479">
        <w:rPr>
          <w:rFonts w:ascii="Courier New" w:hAnsi="Courier New"/>
          <w:b/>
          <w:bCs/>
          <w:sz w:val="28"/>
          <w:szCs w:val="28"/>
        </w:rPr>
        <w:br/>
        <w:t>Z E B A J V U Q C B X I A Q A R W U I A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P Z W G Z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Z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L P C A R I N G M T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V P R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H Y E Q J I Y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Y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A X U O N Z J U E I J T</w:t>
      </w:r>
    </w:p>
    <w:p w14:paraId="578AE0E2" w14:textId="037AA67F" w:rsidR="00D76BFB" w:rsidRPr="00DF1342" w:rsidRDefault="00D76BFB">
      <w:pPr>
        <w:rPr>
          <w:b/>
          <w:bCs/>
        </w:rPr>
      </w:pPr>
    </w:p>
    <w:p w14:paraId="05E22116" w14:textId="77777777" w:rsidR="00D76BFB" w:rsidRPr="00077F7E" w:rsidRDefault="00B433ED" w:rsidP="00077F7E">
      <w:pPr>
        <w:pStyle w:val="Heading2"/>
        <w:jc w:val="center"/>
        <w:rPr>
          <w:color w:val="auto"/>
          <w:sz w:val="40"/>
          <w:szCs w:val="40"/>
        </w:rPr>
      </w:pPr>
      <w:r w:rsidRPr="00077F7E">
        <w:rPr>
          <w:color w:val="auto"/>
          <w:sz w:val="40"/>
          <w:szCs w:val="40"/>
        </w:rPr>
        <w:t>Cooper</w:t>
      </w:r>
    </w:p>
    <w:p w14:paraId="0C1F5CB2" w14:textId="1F4DFCB6" w:rsidR="00077F7E" w:rsidRDefault="00077F7E" w:rsidP="00077F7E">
      <w:pPr>
        <w:jc w:val="center"/>
      </w:pPr>
      <w:r>
        <w:rPr>
          <w:noProof/>
        </w:rPr>
        <w:drawing>
          <wp:inline distT="0" distB="0" distL="0" distR="0" wp14:anchorId="0DE48F90" wp14:editId="47CF4379">
            <wp:extent cx="1127645" cy="2125980"/>
            <wp:effectExtent l="0" t="0" r="0" b="7620"/>
            <wp:docPr id="1844252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52482" name="Picture 1844252482"/>
                    <pic:cNvPicPr/>
                  </pic:nvPicPr>
                  <pic:blipFill rotWithShape="1">
                    <a:blip r:embed="rId9"/>
                    <a:srcRect l="29322" t="16138" r="31574" b="1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472" cy="212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C9881" w14:textId="2915E547" w:rsidR="00077F7E" w:rsidRPr="00CC0479" w:rsidRDefault="00077F7E" w:rsidP="00CC0479">
      <w:pPr>
        <w:rPr>
          <w:sz w:val="20"/>
          <w:szCs w:val="20"/>
        </w:rPr>
      </w:pPr>
      <w:r w:rsidRPr="00077F7E">
        <w:rPr>
          <w:sz w:val="20"/>
          <w:szCs w:val="20"/>
          <w:highlight w:val="yellow"/>
        </w:rPr>
        <w:t>Words To find:</w:t>
      </w:r>
      <w:r w:rsidRPr="00077F7E">
        <w:rPr>
          <w:sz w:val="20"/>
          <w:szCs w:val="20"/>
        </w:rPr>
        <w:t xml:space="preserve"> HELPFUL, ENCOURAGE, MENTOR, LEADER, GENEROUS, SUPPORTIVE, TEAMWORK, CONFIDENCE, INSPIRE, GUIDE, SHARE, LIFT, SERVE, CARE, FRIEND, COMMUNITY, POSITIVE, RESPECTFUL, BELIEVE, SUCCESS, STRONGER, UNITY, COMPASSION, KINDNESS, EMPOWERMENT</w:t>
      </w:r>
    </w:p>
    <w:p w14:paraId="4F1BFA72" w14:textId="77777777" w:rsidR="00D76BFB" w:rsidRPr="00CC0479" w:rsidRDefault="00B433ED" w:rsidP="00DF1342">
      <w:pPr>
        <w:jc w:val="center"/>
        <w:rPr>
          <w:b/>
          <w:bCs/>
          <w:sz w:val="24"/>
          <w:szCs w:val="24"/>
        </w:rPr>
      </w:pPr>
      <w:r w:rsidRPr="00CC0479">
        <w:rPr>
          <w:rFonts w:ascii="Courier New" w:hAnsi="Courier New"/>
          <w:b/>
          <w:bCs/>
          <w:sz w:val="24"/>
          <w:szCs w:val="24"/>
        </w:rPr>
        <w:t>V Y M W U Y V O C J X W M Q M E S K W L</w:t>
      </w:r>
      <w:r w:rsidRPr="00CC0479">
        <w:rPr>
          <w:rFonts w:ascii="Courier New" w:hAnsi="Courier New"/>
          <w:b/>
          <w:bCs/>
          <w:sz w:val="24"/>
          <w:szCs w:val="24"/>
        </w:rPr>
        <w:br/>
        <w:t>T E P L L N L G N F C N U E R G L Q E D</w:t>
      </w:r>
      <w:r w:rsidRPr="00CC0479">
        <w:rPr>
          <w:rFonts w:ascii="Courier New" w:hAnsi="Courier New"/>
          <w:b/>
          <w:bCs/>
          <w:sz w:val="24"/>
          <w:szCs w:val="24"/>
        </w:rPr>
        <w:br/>
        <w:t>Q M B G S M I R T O H F N N U G H A K S</w:t>
      </w:r>
      <w:r w:rsidRPr="00CC0479">
        <w:rPr>
          <w:rFonts w:ascii="Courier New" w:hAnsi="Courier New"/>
          <w:b/>
          <w:bCs/>
          <w:sz w:val="24"/>
          <w:szCs w:val="24"/>
        </w:rPr>
        <w:br/>
        <w:t>T P I R Z U F T M C X T I I A V D A E H</w:t>
      </w:r>
      <w:r w:rsidRPr="00CC0479">
        <w:rPr>
          <w:rFonts w:ascii="Courier New" w:hAnsi="Courier New"/>
          <w:b/>
          <w:bCs/>
          <w:sz w:val="24"/>
          <w:szCs w:val="24"/>
        </w:rPr>
        <w:br/>
        <w:t>R O E Y J P P M Y A O W D P S E N S J A</w:t>
      </w:r>
      <w:r w:rsidRPr="00CC0479">
        <w:rPr>
          <w:rFonts w:ascii="Courier New" w:hAnsi="Courier New"/>
          <w:b/>
          <w:bCs/>
          <w:sz w:val="24"/>
          <w:szCs w:val="24"/>
        </w:rPr>
        <w:br/>
        <w:t>I W Q O B Z U P B R K E I E R A O Z Y R</w:t>
      </w:r>
      <w:r w:rsidRPr="00CC0479">
        <w:rPr>
          <w:rFonts w:ascii="Courier New" w:hAnsi="Courier New"/>
          <w:b/>
          <w:bCs/>
          <w:sz w:val="24"/>
          <w:szCs w:val="24"/>
        </w:rPr>
        <w:br/>
        <w:t>U E Z C P N Y C O E H T E A M W O R K E</w:t>
      </w:r>
      <w:r w:rsidRPr="00CC0479">
        <w:rPr>
          <w:rFonts w:ascii="Courier New" w:hAnsi="Courier New"/>
          <w:b/>
          <w:bCs/>
          <w:sz w:val="24"/>
          <w:szCs w:val="24"/>
        </w:rPr>
        <w:br/>
        <w:t>N R P G I V W I O R S P S F R I E N D A</w:t>
      </w:r>
      <w:r w:rsidRPr="00CC0479">
        <w:rPr>
          <w:rFonts w:ascii="Courier New" w:hAnsi="Courier New"/>
          <w:b/>
          <w:bCs/>
          <w:sz w:val="24"/>
          <w:szCs w:val="24"/>
        </w:rPr>
        <w:br/>
        <w:t>V M W T Y M C N N M T P O U K Y L C N H</w:t>
      </w:r>
      <w:r w:rsidRPr="00CC0479">
        <w:rPr>
          <w:rFonts w:ascii="Courier New" w:hAnsi="Courier New"/>
          <w:b/>
          <w:bCs/>
          <w:sz w:val="24"/>
          <w:szCs w:val="24"/>
        </w:rPr>
        <w:br/>
        <w:t>O E Y T Z K C O B S P I L S C J W U Y F</w:t>
      </w:r>
      <w:r w:rsidRPr="00CC0479">
        <w:rPr>
          <w:rFonts w:ascii="Courier New" w:hAnsi="Courier New"/>
          <w:b/>
          <w:bCs/>
          <w:sz w:val="24"/>
          <w:szCs w:val="24"/>
        </w:rPr>
        <w:br/>
        <w:t>P N W N M G V F N E P A V B I C C F R S</w:t>
      </w:r>
      <w:r w:rsidRPr="00CC0479">
        <w:rPr>
          <w:rFonts w:ascii="Courier New" w:hAnsi="Courier New"/>
          <w:b/>
          <w:bCs/>
          <w:sz w:val="24"/>
          <w:szCs w:val="24"/>
        </w:rPr>
        <w:br/>
        <w:t>S T R O N G E R R F L I S E L T E T I H</w:t>
      </w:r>
      <w:r w:rsidRPr="00CC0479">
        <w:rPr>
          <w:rFonts w:ascii="Courier New" w:hAnsi="Courier New"/>
          <w:b/>
          <w:bCs/>
          <w:sz w:val="24"/>
          <w:szCs w:val="24"/>
        </w:rPr>
        <w:br/>
        <w:t>R E S P E C T F U L I I R S S T I S L P</w:t>
      </w:r>
      <w:r w:rsidRPr="00CC0479">
        <w:rPr>
          <w:rFonts w:ascii="Courier New" w:hAnsi="Courier New"/>
          <w:b/>
          <w:bCs/>
          <w:sz w:val="24"/>
          <w:szCs w:val="24"/>
        </w:rPr>
        <w:br/>
        <w:t>T Y E N C O U R A G E D E E I N</w:t>
      </w:r>
      <w:r w:rsidRPr="00CC0479">
        <w:rPr>
          <w:rFonts w:ascii="Courier New" w:hAnsi="Courier New"/>
          <w:b/>
          <w:bCs/>
          <w:sz w:val="24"/>
          <w:szCs w:val="24"/>
        </w:rPr>
        <w:t xml:space="preserve"> Z V S P</w:t>
      </w:r>
      <w:r w:rsidRPr="00CC0479">
        <w:rPr>
          <w:rFonts w:ascii="Courier New" w:hAnsi="Courier New"/>
          <w:b/>
          <w:bCs/>
          <w:sz w:val="24"/>
          <w:szCs w:val="24"/>
        </w:rPr>
        <w:br/>
        <w:t>G E N E R O U S S T I Y E V I O W K E Q</w:t>
      </w:r>
      <w:r w:rsidRPr="00CC0479">
        <w:rPr>
          <w:rFonts w:ascii="Courier New" w:hAnsi="Courier New"/>
          <w:b/>
          <w:bCs/>
          <w:sz w:val="24"/>
          <w:szCs w:val="24"/>
        </w:rPr>
        <w:br/>
        <w:t>N X H E L P F U L C J M R N E E N C O M</w:t>
      </w:r>
      <w:r w:rsidRPr="00CC0479">
        <w:rPr>
          <w:rFonts w:ascii="Courier New" w:hAnsi="Courier New"/>
          <w:b/>
          <w:bCs/>
          <w:sz w:val="24"/>
          <w:szCs w:val="24"/>
        </w:rPr>
        <w:br/>
        <w:t>B G E M Z B F G B R P U L F C P C M O I</w:t>
      </w:r>
      <w:r w:rsidRPr="00CC0479">
        <w:rPr>
          <w:rFonts w:ascii="Courier New" w:hAnsi="Courier New"/>
          <w:b/>
          <w:bCs/>
          <w:sz w:val="24"/>
          <w:szCs w:val="24"/>
        </w:rPr>
        <w:br/>
        <w:t>Q Y Q K I N D N E S S I V E J E V G A A</w:t>
      </w:r>
      <w:r w:rsidRPr="00CC0479">
        <w:rPr>
          <w:rFonts w:ascii="Courier New" w:hAnsi="Courier New"/>
          <w:b/>
          <w:bCs/>
          <w:sz w:val="24"/>
          <w:szCs w:val="24"/>
        </w:rPr>
        <w:br/>
        <w:t>S E R V E M A Z H I F J A K J B O Z F T</w:t>
      </w:r>
      <w:r w:rsidRPr="00CC0479">
        <w:rPr>
          <w:rFonts w:ascii="Courier New" w:hAnsi="Courier New"/>
          <w:b/>
          <w:bCs/>
          <w:sz w:val="24"/>
          <w:szCs w:val="24"/>
        </w:rPr>
        <w:br/>
        <w:t>N Z Q L K W V V T T G O V U V P M R J A</w:t>
      </w:r>
    </w:p>
    <w:p w14:paraId="5D6144D9" w14:textId="77777777" w:rsidR="00077F7E" w:rsidRPr="00077F7E" w:rsidRDefault="00B433ED" w:rsidP="00077F7E">
      <w:pPr>
        <w:pStyle w:val="Heading2"/>
        <w:jc w:val="center"/>
        <w:rPr>
          <w:sz w:val="40"/>
          <w:szCs w:val="40"/>
        </w:rPr>
      </w:pPr>
      <w:r>
        <w:br w:type="page"/>
      </w:r>
      <w:r w:rsidR="00077F7E" w:rsidRPr="00077F7E">
        <w:rPr>
          <w:color w:val="auto"/>
          <w:sz w:val="40"/>
          <w:szCs w:val="40"/>
        </w:rPr>
        <w:lastRenderedPageBreak/>
        <w:t>Cameron</w:t>
      </w:r>
    </w:p>
    <w:p w14:paraId="20DCB695" w14:textId="355C684A" w:rsidR="00077F7E" w:rsidRDefault="00077F7E" w:rsidP="00077F7E">
      <w:pPr>
        <w:jc w:val="center"/>
      </w:pPr>
      <w:r>
        <w:rPr>
          <w:noProof/>
        </w:rPr>
        <w:drawing>
          <wp:inline distT="0" distB="0" distL="0" distR="0" wp14:anchorId="3519B115" wp14:editId="0C45A74D">
            <wp:extent cx="1180224" cy="1866900"/>
            <wp:effectExtent l="0" t="0" r="1270" b="0"/>
            <wp:docPr id="19536543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54366" name="Picture 1953654366"/>
                    <pic:cNvPicPr/>
                  </pic:nvPicPr>
                  <pic:blipFill rotWithShape="1">
                    <a:blip r:embed="rId10"/>
                    <a:srcRect l="28472" t="27747" r="33333" b="14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84" cy="1873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E8C6F" w14:textId="77777777" w:rsidR="00077F7E" w:rsidRPr="00077F7E" w:rsidRDefault="00077F7E" w:rsidP="00077F7E">
      <w:pPr>
        <w:rPr>
          <w:sz w:val="20"/>
          <w:szCs w:val="20"/>
        </w:rPr>
      </w:pPr>
      <w:r w:rsidRPr="00077F7E">
        <w:rPr>
          <w:sz w:val="20"/>
          <w:szCs w:val="20"/>
          <w:highlight w:val="yellow"/>
        </w:rPr>
        <w:t>Words to Find</w:t>
      </w:r>
      <w:proofErr w:type="gramStart"/>
      <w:r w:rsidRPr="00077F7E">
        <w:rPr>
          <w:sz w:val="20"/>
          <w:szCs w:val="20"/>
          <w:highlight w:val="yellow"/>
        </w:rPr>
        <w:t>:</w:t>
      </w:r>
      <w:r w:rsidRPr="00077F7E">
        <w:rPr>
          <w:sz w:val="20"/>
          <w:szCs w:val="20"/>
        </w:rPr>
        <w:t xml:space="preserve">  </w:t>
      </w:r>
      <w:r w:rsidRPr="00077F7E">
        <w:rPr>
          <w:b/>
          <w:bCs/>
          <w:sz w:val="20"/>
          <w:szCs w:val="20"/>
        </w:rPr>
        <w:t>CREATE</w:t>
      </w:r>
      <w:proofErr w:type="gramEnd"/>
      <w:r w:rsidRPr="00077F7E">
        <w:rPr>
          <w:b/>
          <w:bCs/>
          <w:sz w:val="20"/>
          <w:szCs w:val="20"/>
        </w:rPr>
        <w:t>, CREATIVITY, IMAGINATION, ARTIST, DESIGN, DRAW, PAINT, COLOR, MASTERPIECE, INNOVATION, ORIGINAL, VISION, INSPIRE, EXPRESS, CURIOUS, IDEA, SKETCH, PICTURE, BEAUTIFUL, DISCOVER, POSSIBILITY, THINK, BUILD, INVENT</w:t>
      </w:r>
    </w:p>
    <w:p w14:paraId="691E6C53" w14:textId="77777777" w:rsidR="00077F7E" w:rsidRPr="00077F7E" w:rsidRDefault="00077F7E" w:rsidP="00077F7E">
      <w:pPr>
        <w:jc w:val="center"/>
      </w:pPr>
    </w:p>
    <w:p w14:paraId="779B1D9C" w14:textId="77777777" w:rsidR="00077F7E" w:rsidRPr="00CC0479" w:rsidRDefault="00077F7E" w:rsidP="00077F7E">
      <w:pPr>
        <w:jc w:val="center"/>
        <w:rPr>
          <w:b/>
          <w:bCs/>
          <w:sz w:val="28"/>
          <w:szCs w:val="28"/>
        </w:rPr>
      </w:pPr>
      <w:r w:rsidRPr="00CC0479">
        <w:rPr>
          <w:rFonts w:ascii="Courier New" w:hAnsi="Courier New"/>
          <w:b/>
          <w:bCs/>
          <w:sz w:val="28"/>
          <w:szCs w:val="28"/>
        </w:rPr>
        <w:t xml:space="preserve">A W P D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D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R A W I O T B E A U T I F U L</w:t>
      </w:r>
      <w:r w:rsidRPr="00CC0479">
        <w:rPr>
          <w:rFonts w:ascii="Courier New" w:hAnsi="Courier New"/>
          <w:b/>
          <w:bCs/>
          <w:sz w:val="28"/>
          <w:szCs w:val="28"/>
        </w:rPr>
        <w:br/>
        <w:t>B O V A B O L G D I M I Y C B A Q V P W</w:t>
      </w:r>
      <w:r w:rsidRPr="00CC0479">
        <w:rPr>
          <w:rFonts w:ascii="Courier New" w:hAnsi="Courier New"/>
          <w:b/>
          <w:bCs/>
          <w:sz w:val="28"/>
          <w:szCs w:val="28"/>
        </w:rPr>
        <w:br/>
        <w:t>G C U R I O U S E W A Q I O J P S B O P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H G C U T N F K A T V M S W O J S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S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P Z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H G W J O H T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R A D W S P U K O G E</w:t>
      </w:r>
      <w:r w:rsidRPr="00CC0479">
        <w:rPr>
          <w:rFonts w:ascii="Courier New" w:hAnsi="Courier New"/>
          <w:b/>
          <w:bCs/>
          <w:sz w:val="28"/>
          <w:szCs w:val="28"/>
        </w:rPr>
        <w:br/>
        <w:t>Q P T Y R P I X M G T I S V I S I O N B</w:t>
      </w:r>
      <w:r w:rsidRPr="00CC0479">
        <w:rPr>
          <w:rFonts w:ascii="Courier New" w:hAnsi="Courier New"/>
          <w:b/>
          <w:bCs/>
          <w:sz w:val="28"/>
          <w:szCs w:val="28"/>
        </w:rPr>
        <w:br/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B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F E T L K V N I V N I C K A Q D J E O</w:t>
      </w:r>
      <w:r w:rsidRPr="00CC0479">
        <w:rPr>
          <w:rFonts w:ascii="Courier New" w:hAnsi="Courier New"/>
          <w:b/>
          <w:bCs/>
          <w:sz w:val="28"/>
          <w:szCs w:val="28"/>
        </w:rPr>
        <w:br/>
        <w:t>U C R E A T E N K N B K S D R I M N G Q</w:t>
      </w:r>
      <w:r w:rsidRPr="00CC0479">
        <w:rPr>
          <w:rFonts w:ascii="Courier New" w:hAnsi="Courier New"/>
          <w:b/>
          <w:bCs/>
          <w:sz w:val="28"/>
          <w:szCs w:val="28"/>
        </w:rPr>
        <w:br/>
        <w:t>I R E Q O D A E O I J S E T S Q C F E H</w:t>
      </w:r>
      <w:r w:rsidRPr="00CC0479">
        <w:rPr>
          <w:rFonts w:ascii="Courier New" w:hAnsi="Courier New"/>
          <w:b/>
          <w:bCs/>
          <w:sz w:val="28"/>
          <w:szCs w:val="28"/>
        </w:rPr>
        <w:br/>
        <w:t>L E A Y V T P V L N V S I C I U G X A M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D A Q Z I A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A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I B W I N O E P X P N A M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W T O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O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N T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T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N I G V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V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C I G R Z S O G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X I N R I Y R V N E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E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C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C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T E Q T Q U R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O V X O I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I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O I N R F T O S D E D J S D</w:t>
      </w:r>
      <w:r w:rsidRPr="00CC0479">
        <w:rPr>
          <w:rFonts w:ascii="Courier New" w:hAnsi="Courier New"/>
          <w:b/>
          <w:bCs/>
          <w:sz w:val="28"/>
          <w:szCs w:val="28"/>
        </w:rPr>
        <w:br/>
        <w:t>Y I N J O G N T F L U K S L R I M G K L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G T U N E S I N B R O P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P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P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O X G B E N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Y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Y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X L P X H N E R D G I M Q R O Z T X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Y R H I W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W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B G A R A E Z E N G B H C L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U K R X O V J H K L C M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M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E X G S Z H P</w:t>
      </w:r>
      <w:r w:rsidRPr="00CC0479">
        <w:rPr>
          <w:rFonts w:ascii="Courier New" w:hAnsi="Courier New"/>
          <w:b/>
          <w:bCs/>
          <w:sz w:val="28"/>
          <w:szCs w:val="28"/>
        </w:rPr>
        <w:br/>
        <w:t xml:space="preserve">M E U S N F Q M C E Q F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F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I Z Q </w:t>
      </w:r>
      <w:proofErr w:type="spellStart"/>
      <w:r w:rsidRPr="00CC0479">
        <w:rPr>
          <w:rFonts w:ascii="Courier New" w:hAnsi="Courier New"/>
          <w:b/>
          <w:bCs/>
          <w:sz w:val="28"/>
          <w:szCs w:val="28"/>
        </w:rPr>
        <w:t>Q</w:t>
      </w:r>
      <w:proofErr w:type="spellEnd"/>
      <w:r w:rsidRPr="00CC0479">
        <w:rPr>
          <w:rFonts w:ascii="Courier New" w:hAnsi="Courier New"/>
          <w:b/>
          <w:bCs/>
          <w:sz w:val="28"/>
          <w:szCs w:val="28"/>
        </w:rPr>
        <w:t xml:space="preserve"> H T P</w:t>
      </w:r>
    </w:p>
    <w:p w14:paraId="69DB95F5" w14:textId="00E813CE" w:rsidR="00077F7E" w:rsidRPr="00CC0479" w:rsidRDefault="00077F7E" w:rsidP="00077F7E">
      <w:pPr>
        <w:rPr>
          <w:b/>
          <w:bCs/>
          <w:sz w:val="28"/>
          <w:szCs w:val="28"/>
        </w:rPr>
      </w:pPr>
    </w:p>
    <w:p w14:paraId="10BF5D11" w14:textId="2814B691" w:rsidR="00D76BFB" w:rsidRPr="00077F7E" w:rsidRDefault="00B433ED" w:rsidP="00077F7E">
      <w:pPr>
        <w:jc w:val="center"/>
        <w:rPr>
          <w:b/>
          <w:bCs/>
          <w:sz w:val="32"/>
          <w:szCs w:val="32"/>
        </w:rPr>
      </w:pPr>
      <w:r w:rsidRPr="00077F7E">
        <w:rPr>
          <w:b/>
          <w:bCs/>
          <w:sz w:val="32"/>
          <w:szCs w:val="32"/>
        </w:rPr>
        <w:t>Tripp</w:t>
      </w:r>
    </w:p>
    <w:p w14:paraId="11D6E179" w14:textId="0D7D811A" w:rsidR="00077F7E" w:rsidRDefault="00077F7E" w:rsidP="00077F7E">
      <w:pPr>
        <w:jc w:val="center"/>
      </w:pPr>
      <w:r>
        <w:rPr>
          <w:noProof/>
        </w:rPr>
        <w:drawing>
          <wp:inline distT="0" distB="0" distL="0" distR="0" wp14:anchorId="22CE8BCD" wp14:editId="6F6D4447">
            <wp:extent cx="2412260" cy="2240280"/>
            <wp:effectExtent l="0" t="0" r="0" b="7620"/>
            <wp:docPr id="6689275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27510" name="Picture 668927510"/>
                    <pic:cNvPicPr/>
                  </pic:nvPicPr>
                  <pic:blipFill rotWithShape="1">
                    <a:blip r:embed="rId11"/>
                    <a:srcRect t="11510" b="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76" cy="2244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2E911" w14:textId="77777777" w:rsidR="00EE4346" w:rsidRPr="00EE4346" w:rsidRDefault="00EE4346" w:rsidP="00EE4346">
      <w:pPr>
        <w:rPr>
          <w:sz w:val="20"/>
          <w:szCs w:val="20"/>
        </w:rPr>
      </w:pPr>
      <w:r w:rsidRPr="00EE4346">
        <w:rPr>
          <w:sz w:val="20"/>
          <w:szCs w:val="20"/>
          <w:highlight w:val="yellow"/>
        </w:rPr>
        <w:t>Words to Find:</w:t>
      </w:r>
      <w:r w:rsidRPr="00EE4346">
        <w:rPr>
          <w:sz w:val="20"/>
          <w:szCs w:val="20"/>
        </w:rPr>
        <w:t xml:space="preserve"> LAUGH, HUMOR, JOYFUL, FUNNY, SMILE, WITTY, HAPPINESS, CHEERFUL, POSITIVE, ENERGY, PLAYFUL, FRIENDLY, JOKE, SILLY, LAUGHTER, DELIGHT, SPARKLE, SHARE, SUNSHINE, ENCOURAGE, HAPPY, CELEBRATE, TOGETHER, GRATEFUL, OPTIMISM</w:t>
      </w:r>
    </w:p>
    <w:p w14:paraId="0E9B4781" w14:textId="77777777" w:rsidR="00EE4346" w:rsidRDefault="00EE4346" w:rsidP="00077F7E">
      <w:pPr>
        <w:jc w:val="center"/>
      </w:pPr>
    </w:p>
    <w:p w14:paraId="70FF20A0" w14:textId="13DA9584" w:rsidR="00D76BFB" w:rsidRPr="00CC0479" w:rsidRDefault="00B433ED" w:rsidP="00CC0479">
      <w:pPr>
        <w:jc w:val="center"/>
        <w:rPr>
          <w:b/>
          <w:bCs/>
          <w:sz w:val="24"/>
          <w:szCs w:val="24"/>
        </w:rPr>
      </w:pPr>
      <w:r w:rsidRPr="00EE4346">
        <w:rPr>
          <w:rFonts w:ascii="Courier New" w:hAnsi="Courier New"/>
          <w:b/>
          <w:bCs/>
          <w:sz w:val="24"/>
          <w:szCs w:val="24"/>
        </w:rPr>
        <w:t>O C H E E R F U L V I F T O B V Y K E S</w:t>
      </w:r>
      <w:r w:rsidRPr="00EE4346">
        <w:rPr>
          <w:rFonts w:ascii="Courier New" w:hAnsi="Courier New"/>
          <w:b/>
          <w:bCs/>
          <w:sz w:val="24"/>
          <w:szCs w:val="24"/>
        </w:rPr>
        <w:br/>
        <w:t>J O Y F U L M L U S R T C C H I J W J H</w:t>
      </w:r>
      <w:r w:rsidRPr="00EE4346">
        <w:rPr>
          <w:rFonts w:ascii="Courier New" w:hAnsi="Courier New"/>
          <w:b/>
          <w:bCs/>
          <w:sz w:val="24"/>
          <w:szCs w:val="24"/>
        </w:rPr>
        <w:br/>
        <w:t>X L P S X G B A V Z E T A P C X F O A V</w:t>
      </w:r>
      <w:r w:rsidRPr="00EE4346">
        <w:rPr>
          <w:rFonts w:ascii="Courier New" w:hAnsi="Courier New"/>
          <w:b/>
          <w:bCs/>
          <w:sz w:val="24"/>
          <w:szCs w:val="24"/>
        </w:rPr>
        <w:br/>
        <w:t>J F U N N Y S I I K R U Q G H K K P I F</w:t>
      </w:r>
      <w:r w:rsidRPr="00EE4346">
        <w:rPr>
          <w:rFonts w:ascii="Courier New" w:hAnsi="Courier New"/>
          <w:b/>
          <w:bCs/>
          <w:sz w:val="24"/>
          <w:szCs w:val="24"/>
        </w:rPr>
        <w:br/>
        <w:t>P E S M I L E U D B O D E K H E P O I N</w:t>
      </w:r>
      <w:r w:rsidRPr="00EE4346">
        <w:rPr>
          <w:rFonts w:ascii="Courier New" w:hAnsi="Courier New"/>
          <w:b/>
          <w:bCs/>
          <w:sz w:val="24"/>
          <w:szCs w:val="24"/>
        </w:rPr>
        <w:br/>
        <w:t>T Q Y R J U C S N P B N L A U I B T W L</w:t>
      </w:r>
      <w:r w:rsidRPr="00EE4346">
        <w:rPr>
          <w:rFonts w:ascii="Courier New" w:hAnsi="Courier New"/>
          <w:b/>
          <w:bCs/>
          <w:sz w:val="24"/>
          <w:szCs w:val="24"/>
        </w:rPr>
        <w:br/>
        <w:t>I O L R L Q H E T S E T F S N B R I A Q</w:t>
      </w:r>
      <w:r w:rsidRPr="00EE4346">
        <w:rPr>
          <w:rFonts w:ascii="Courier New" w:hAnsi="Courier New"/>
          <w:b/>
          <w:bCs/>
          <w:sz w:val="24"/>
          <w:szCs w:val="24"/>
        </w:rPr>
        <w:br/>
        <w:t>H N G M K A F I L R H R T E S J N U Z W</w:t>
      </w:r>
      <w:r w:rsidRPr="00EE4346">
        <w:rPr>
          <w:rFonts w:ascii="Courier New" w:hAnsi="Courier New"/>
          <w:b/>
          <w:bCs/>
          <w:sz w:val="24"/>
          <w:szCs w:val="24"/>
        </w:rPr>
        <w:br/>
        <w:t>A N D E R E M H G E I I S Q N W G S E C</w:t>
      </w:r>
      <w:r w:rsidRPr="00EE4346">
        <w:rPr>
          <w:rFonts w:ascii="Courier New" w:hAnsi="Courier New"/>
          <w:b/>
          <w:bCs/>
          <w:sz w:val="24"/>
          <w:szCs w:val="24"/>
        </w:rPr>
        <w:br/>
        <w:t>P T S E T I T Y S E B S N T I H H I N C</w:t>
      </w:r>
      <w:r w:rsidRPr="00EE4346">
        <w:rPr>
          <w:rFonts w:ascii="Courier New" w:hAnsi="Courier New"/>
          <w:b/>
          <w:bCs/>
          <w:sz w:val="24"/>
          <w:szCs w:val="24"/>
        </w:rPr>
        <w:br/>
        <w:t>Q F T Q S H R H N T Z R F E T W R L C T</w:t>
      </w:r>
      <w:r w:rsidRPr="00EE4346">
        <w:rPr>
          <w:rFonts w:ascii="Courier New" w:hAnsi="Courier New"/>
          <w:b/>
          <w:bCs/>
          <w:sz w:val="24"/>
          <w:szCs w:val="24"/>
        </w:rPr>
        <w:br/>
        <w:t>D L P M K T E D A R U C A E Z I C L O M</w:t>
      </w:r>
      <w:r w:rsidRPr="00EE4346">
        <w:rPr>
          <w:rFonts w:ascii="Courier New" w:hAnsi="Courier New"/>
          <w:b/>
          <w:bCs/>
          <w:sz w:val="24"/>
          <w:szCs w:val="24"/>
        </w:rPr>
        <w:br/>
        <w:t>I D G L P M L R I P J F R T E T L Y U N</w:t>
      </w:r>
      <w:r w:rsidRPr="00EE4346">
        <w:rPr>
          <w:rFonts w:ascii="Courier New" w:hAnsi="Courier New"/>
          <w:b/>
          <w:bCs/>
          <w:sz w:val="24"/>
          <w:szCs w:val="24"/>
        </w:rPr>
        <w:br/>
        <w:t>E E K R L Y V H L Z P Z Z V E T</w:t>
      </w:r>
      <w:r w:rsidRPr="00EE4346">
        <w:rPr>
          <w:rFonts w:ascii="Courier New" w:hAnsi="Courier New"/>
          <w:b/>
          <w:bCs/>
          <w:sz w:val="24"/>
          <w:szCs w:val="24"/>
        </w:rPr>
        <w:t xml:space="preserve"> W J R K</w:t>
      </w:r>
      <w:r w:rsidRPr="00EE4346">
        <w:rPr>
          <w:rFonts w:ascii="Courier New" w:hAnsi="Courier New"/>
          <w:b/>
          <w:bCs/>
          <w:sz w:val="24"/>
          <w:szCs w:val="24"/>
        </w:rPr>
        <w:br/>
        <w:t>G L Y M A E D O I M W Y Y A E Y M N A T</w:t>
      </w:r>
      <w:r w:rsidRPr="00EE4346">
        <w:rPr>
          <w:rFonts w:ascii="Courier New" w:hAnsi="Courier New"/>
          <w:b/>
          <w:bCs/>
          <w:sz w:val="24"/>
          <w:szCs w:val="24"/>
        </w:rPr>
        <w:br/>
        <w:t>L I I K Y T K K P O S I T I V E F U G C</w:t>
      </w:r>
      <w:r w:rsidRPr="00EE4346">
        <w:rPr>
          <w:rFonts w:ascii="Courier New" w:hAnsi="Courier New"/>
          <w:b/>
          <w:bCs/>
          <w:sz w:val="24"/>
          <w:szCs w:val="24"/>
        </w:rPr>
        <w:br/>
        <w:t>X G R J F X E T Y E D Q E L W O C B E D</w:t>
      </w:r>
      <w:r w:rsidRPr="00EE4346">
        <w:rPr>
          <w:rFonts w:ascii="Courier New" w:hAnsi="Courier New"/>
          <w:b/>
          <w:bCs/>
          <w:sz w:val="24"/>
          <w:szCs w:val="24"/>
        </w:rPr>
        <w:br/>
        <w:t>M H K I U C W F S I W T Z L A U G H J D</w:t>
      </w:r>
      <w:r w:rsidRPr="00EE4346">
        <w:rPr>
          <w:rFonts w:ascii="Courier New" w:hAnsi="Courier New"/>
          <w:b/>
          <w:bCs/>
          <w:sz w:val="24"/>
          <w:szCs w:val="24"/>
        </w:rPr>
        <w:br/>
        <w:t>U T C F L N H H U M O R U Y W U L Z K M</w:t>
      </w:r>
      <w:r w:rsidRPr="00EE4346">
        <w:rPr>
          <w:rFonts w:ascii="Courier New" w:hAnsi="Courier New"/>
          <w:b/>
          <w:bCs/>
          <w:sz w:val="24"/>
          <w:szCs w:val="24"/>
        </w:rPr>
        <w:br/>
        <w:t>C R Q Y S P A R K L E V M B R Q C L U L</w:t>
      </w:r>
    </w:p>
    <w:sectPr w:rsidR="00D76BFB" w:rsidRPr="00CC0479" w:rsidSect="00DF1342">
      <w:pgSz w:w="12240" w:h="15840"/>
      <w:pgMar w:top="1440" w:right="1800" w:bottom="1440" w:left="180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8108460">
    <w:abstractNumId w:val="8"/>
  </w:num>
  <w:num w:numId="2" w16cid:durableId="1423839390">
    <w:abstractNumId w:val="6"/>
  </w:num>
  <w:num w:numId="3" w16cid:durableId="1559896165">
    <w:abstractNumId w:val="5"/>
  </w:num>
  <w:num w:numId="4" w16cid:durableId="366492232">
    <w:abstractNumId w:val="4"/>
  </w:num>
  <w:num w:numId="5" w16cid:durableId="1358433381">
    <w:abstractNumId w:val="7"/>
  </w:num>
  <w:num w:numId="6" w16cid:durableId="1919702784">
    <w:abstractNumId w:val="3"/>
  </w:num>
  <w:num w:numId="7" w16cid:durableId="1815180704">
    <w:abstractNumId w:val="2"/>
  </w:num>
  <w:num w:numId="8" w16cid:durableId="680358766">
    <w:abstractNumId w:val="1"/>
  </w:num>
  <w:num w:numId="9" w16cid:durableId="70294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F7E"/>
    <w:rsid w:val="0015074B"/>
    <w:rsid w:val="0029639D"/>
    <w:rsid w:val="00326F90"/>
    <w:rsid w:val="003D26B6"/>
    <w:rsid w:val="00AA1D8D"/>
    <w:rsid w:val="00B47730"/>
    <w:rsid w:val="00CB0664"/>
    <w:rsid w:val="00CC0479"/>
    <w:rsid w:val="00CC7231"/>
    <w:rsid w:val="00D76BFB"/>
    <w:rsid w:val="00DF1342"/>
    <w:rsid w:val="00EE4346"/>
    <w:rsid w:val="00F159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CEAA82"/>
  <w14:defaultImageDpi w14:val="300"/>
  <w15:docId w15:val="{11579CD7-13D3-4F13-B70A-8823378A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Shipley, Tisha</cp:lastModifiedBy>
  <cp:revision>2</cp:revision>
  <dcterms:created xsi:type="dcterms:W3CDTF">2026-07-02T21:46:00Z</dcterms:created>
  <dcterms:modified xsi:type="dcterms:W3CDTF">2026-07-02T21:46:00Z</dcterms:modified>
  <cp:category/>
</cp:coreProperties>
</file>